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8AA44F" w14:textId="77777777" w:rsidR="00240D17" w:rsidRPr="00F645FF" w:rsidRDefault="00F645FF">
      <w:pPr>
        <w:jc w:val="center"/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b/>
          <w:sz w:val="32"/>
          <w:lang w:val="ru-RU"/>
        </w:rPr>
        <w:t>АНКЕТА</w:t>
      </w:r>
      <w:r w:rsidRPr="00F645FF">
        <w:rPr>
          <w:rFonts w:ascii="Times New Roman" w:hAnsi="Times New Roman" w:cs="Times New Roman"/>
          <w:b/>
          <w:sz w:val="32"/>
          <w:lang w:val="ru-RU"/>
        </w:rPr>
        <w:br/>
        <w:t>оценки качества условий оказания услуг</w:t>
      </w:r>
      <w:bookmarkStart w:id="0" w:name="_GoBack"/>
      <w:bookmarkEnd w:id="0"/>
    </w:p>
    <w:p w14:paraId="3ECE2991" w14:textId="77777777" w:rsidR="00240D17" w:rsidRPr="00F645FF" w:rsidRDefault="00F645FF">
      <w:pPr>
        <w:jc w:val="center"/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b/>
          <w:sz w:val="24"/>
          <w:lang w:val="ru-RU"/>
        </w:rPr>
        <w:t xml:space="preserve">ООО «Центр </w:t>
      </w:r>
      <w:proofErr w:type="spellStart"/>
      <w:r w:rsidRPr="00F645FF">
        <w:rPr>
          <w:rFonts w:ascii="Times New Roman" w:hAnsi="Times New Roman" w:cs="Times New Roman"/>
          <w:b/>
          <w:sz w:val="24"/>
          <w:lang w:val="ru-RU"/>
        </w:rPr>
        <w:t>кинезотерапии</w:t>
      </w:r>
      <w:proofErr w:type="spellEnd"/>
      <w:r w:rsidRPr="00F645FF">
        <w:rPr>
          <w:rFonts w:ascii="Times New Roman" w:hAnsi="Times New Roman" w:cs="Times New Roman"/>
          <w:b/>
          <w:sz w:val="24"/>
          <w:lang w:val="ru-RU"/>
        </w:rPr>
        <w:t xml:space="preserve"> </w:t>
      </w:r>
      <w:proofErr w:type="spellStart"/>
      <w:r w:rsidRPr="00F645FF">
        <w:rPr>
          <w:rFonts w:ascii="Times New Roman" w:hAnsi="Times New Roman" w:cs="Times New Roman"/>
          <w:b/>
          <w:sz w:val="24"/>
          <w:lang w:val="ru-RU"/>
        </w:rPr>
        <w:t>Харанжевской</w:t>
      </w:r>
      <w:proofErr w:type="spellEnd"/>
      <w:r w:rsidRPr="00F645FF">
        <w:rPr>
          <w:rFonts w:ascii="Times New Roman" w:hAnsi="Times New Roman" w:cs="Times New Roman"/>
          <w:b/>
          <w:sz w:val="24"/>
          <w:lang w:val="ru-RU"/>
        </w:rPr>
        <w:t>»</w:t>
      </w:r>
    </w:p>
    <w:p w14:paraId="061D625E" w14:textId="77777777" w:rsidR="00240D17" w:rsidRPr="00F645FF" w:rsidRDefault="00F645FF">
      <w:pPr>
        <w:jc w:val="center"/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i/>
          <w:sz w:val="19"/>
          <w:lang w:val="ru-RU"/>
        </w:rPr>
        <w:t>Анкета добровольная. ФИО указывать не требуется.</w:t>
      </w:r>
    </w:p>
    <w:p w14:paraId="3053620D" w14:textId="77777777" w:rsidR="00240D17" w:rsidRPr="00F645FF" w:rsidRDefault="00F645FF">
      <w:pPr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lang w:val="ru-RU"/>
        </w:rPr>
        <w:t xml:space="preserve">Ваши ответы помогут нам оценить удобство записи, условия пребывания в Центре, работу сотрудников и улучшить </w:t>
      </w:r>
      <w:r w:rsidRPr="00F645FF">
        <w:rPr>
          <w:rFonts w:ascii="Times New Roman" w:hAnsi="Times New Roman" w:cs="Times New Roman"/>
          <w:lang w:val="ru-RU"/>
        </w:rPr>
        <w:t>организацию обслуживания пациентов.</w:t>
      </w:r>
    </w:p>
    <w:p w14:paraId="09E56584" w14:textId="77777777" w:rsidR="00240D17" w:rsidRPr="00F645FF" w:rsidRDefault="00F645FF">
      <w:pPr>
        <w:spacing w:before="100" w:after="40"/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b/>
          <w:lang w:val="ru-RU"/>
        </w:rPr>
        <w:t>1. Когда Вы посещали Центр?</w:t>
      </w:r>
    </w:p>
    <w:p w14:paraId="407435CC" w14:textId="77777777" w:rsidR="00240D17" w:rsidRPr="00F645FF" w:rsidRDefault="00F645FF">
      <w:pPr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lang w:val="ru-RU"/>
        </w:rPr>
        <w:t>Дата или месяц/год: ______________________________________________</w:t>
      </w:r>
    </w:p>
    <w:p w14:paraId="45409978" w14:textId="77777777" w:rsidR="00240D17" w:rsidRPr="00F645FF" w:rsidRDefault="00F645FF">
      <w:pPr>
        <w:spacing w:before="100" w:after="40"/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b/>
          <w:lang w:val="ru-RU"/>
        </w:rPr>
        <w:t>2. Какую услугу Вы получали?</w:t>
      </w:r>
    </w:p>
    <w:p w14:paraId="5A4C5993" w14:textId="77777777" w:rsidR="00240D17" w:rsidRPr="00F645FF" w:rsidRDefault="00F645FF">
      <w:pPr>
        <w:spacing w:after="60"/>
        <w:ind w:left="227"/>
        <w:rPr>
          <w:rFonts w:ascii="Times New Roman" w:hAnsi="Times New Roman" w:cs="Times New Roman"/>
          <w:lang w:val="ru-RU"/>
        </w:rPr>
      </w:pP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Консультация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645FF">
        <w:rPr>
          <w:rFonts w:ascii="Times New Roman" w:hAnsi="Times New Roman" w:cs="Times New Roman"/>
          <w:lang w:val="ru-RU"/>
        </w:rPr>
        <w:t>Кинезотерапия</w:t>
      </w:r>
      <w:proofErr w:type="spellEnd"/>
      <w:r w:rsidRPr="00F645FF">
        <w:rPr>
          <w:rFonts w:ascii="Times New Roman" w:hAnsi="Times New Roman" w:cs="Times New Roman"/>
          <w:lang w:val="ru-RU"/>
        </w:rPr>
        <w:t xml:space="preserve">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ЛФК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Массаж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Физиолечение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Другое</w:t>
      </w:r>
    </w:p>
    <w:p w14:paraId="3E153318" w14:textId="77777777" w:rsidR="00240D17" w:rsidRPr="00F645FF" w:rsidRDefault="00F645FF">
      <w:pPr>
        <w:spacing w:before="100" w:after="40"/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b/>
          <w:lang w:val="ru-RU"/>
        </w:rPr>
        <w:t>3. Насколько удо</w:t>
      </w:r>
      <w:r w:rsidRPr="00F645FF">
        <w:rPr>
          <w:rFonts w:ascii="Times New Roman" w:hAnsi="Times New Roman" w:cs="Times New Roman"/>
          <w:b/>
          <w:lang w:val="ru-RU"/>
        </w:rPr>
        <w:t>бно Вам было записаться на услугу?</w:t>
      </w:r>
    </w:p>
    <w:p w14:paraId="4E55FFA0" w14:textId="77777777" w:rsidR="00240D17" w:rsidRPr="00F645FF" w:rsidRDefault="00F645FF">
      <w:pPr>
        <w:spacing w:after="60"/>
        <w:ind w:left="227"/>
        <w:rPr>
          <w:rFonts w:ascii="Times New Roman" w:hAnsi="Times New Roman" w:cs="Times New Roman"/>
          <w:lang w:val="ru-RU"/>
        </w:rPr>
      </w:pP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Очень удобно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Скорее удобно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Скорее неудобно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Неудобно</w:t>
      </w:r>
    </w:p>
    <w:p w14:paraId="543C8A25" w14:textId="77777777" w:rsidR="00240D17" w:rsidRPr="00F645FF" w:rsidRDefault="00F645FF">
      <w:pPr>
        <w:spacing w:before="100" w:after="40"/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b/>
          <w:lang w:val="ru-RU"/>
        </w:rPr>
        <w:t>4. Удовлетворены ли Вы полнотой и понятностью информации о работе Центра, услугах и ценах?</w:t>
      </w:r>
    </w:p>
    <w:p w14:paraId="318C924C" w14:textId="77777777" w:rsidR="00240D17" w:rsidRPr="00F645FF" w:rsidRDefault="00F645FF">
      <w:pPr>
        <w:spacing w:after="60"/>
        <w:ind w:left="227"/>
        <w:rPr>
          <w:rFonts w:ascii="Times New Roman" w:hAnsi="Times New Roman" w:cs="Times New Roman"/>
          <w:lang w:val="ru-RU"/>
        </w:rPr>
      </w:pP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Да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Скорее да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Скорее нет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Нет</w:t>
      </w:r>
    </w:p>
    <w:p w14:paraId="78D533D0" w14:textId="77777777" w:rsidR="00240D17" w:rsidRPr="00F645FF" w:rsidRDefault="00F645FF">
      <w:pPr>
        <w:spacing w:before="100" w:after="40"/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b/>
          <w:lang w:val="ru-RU"/>
        </w:rPr>
        <w:t>5. Как Вы оцениваете в</w:t>
      </w:r>
      <w:r w:rsidRPr="00F645FF">
        <w:rPr>
          <w:rFonts w:ascii="Times New Roman" w:hAnsi="Times New Roman" w:cs="Times New Roman"/>
          <w:b/>
          <w:lang w:val="ru-RU"/>
        </w:rPr>
        <w:t>ремя ожидания перед началом приёма / процедуры / занятия?</w:t>
      </w:r>
    </w:p>
    <w:p w14:paraId="2631BA56" w14:textId="77777777" w:rsidR="00240D17" w:rsidRPr="00F645FF" w:rsidRDefault="00F645FF">
      <w:pPr>
        <w:spacing w:after="60"/>
        <w:ind w:left="227"/>
        <w:rPr>
          <w:rFonts w:ascii="Times New Roman" w:hAnsi="Times New Roman" w:cs="Times New Roman"/>
          <w:lang w:val="ru-RU"/>
        </w:rPr>
      </w:pP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Отлично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Хорошо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Удовлетворительно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Плохо</w:t>
      </w:r>
    </w:p>
    <w:p w14:paraId="5CC62DD0" w14:textId="77777777" w:rsidR="00240D17" w:rsidRPr="00F645FF" w:rsidRDefault="00F645FF">
      <w:pPr>
        <w:spacing w:before="100" w:after="40"/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b/>
          <w:lang w:val="ru-RU"/>
        </w:rPr>
        <w:t>6. Как Вы оцениваете комфорт и чистоту помещений Центра?</w:t>
      </w:r>
    </w:p>
    <w:p w14:paraId="39D863B9" w14:textId="77777777" w:rsidR="00240D17" w:rsidRPr="00F645FF" w:rsidRDefault="00F645FF">
      <w:pPr>
        <w:spacing w:after="60"/>
        <w:ind w:left="227"/>
        <w:rPr>
          <w:rFonts w:ascii="Times New Roman" w:hAnsi="Times New Roman" w:cs="Times New Roman"/>
          <w:lang w:val="ru-RU"/>
        </w:rPr>
      </w:pP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Отлично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Хорошо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Удовлетворительно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Плохо</w:t>
      </w:r>
    </w:p>
    <w:p w14:paraId="3D767DE8" w14:textId="77777777" w:rsidR="00240D17" w:rsidRPr="00F645FF" w:rsidRDefault="00F645FF">
      <w:pPr>
        <w:spacing w:before="100" w:after="40"/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b/>
          <w:lang w:val="ru-RU"/>
        </w:rPr>
        <w:t>7. Как Вы оцениваете доброжелательн</w:t>
      </w:r>
      <w:r w:rsidRPr="00F645FF">
        <w:rPr>
          <w:rFonts w:ascii="Times New Roman" w:hAnsi="Times New Roman" w:cs="Times New Roman"/>
          <w:b/>
          <w:lang w:val="ru-RU"/>
        </w:rPr>
        <w:t>ость и вежливость сотрудников?</w:t>
      </w:r>
    </w:p>
    <w:p w14:paraId="05C914FC" w14:textId="77777777" w:rsidR="00240D17" w:rsidRPr="00F645FF" w:rsidRDefault="00F645FF">
      <w:pPr>
        <w:spacing w:after="60"/>
        <w:ind w:left="227"/>
        <w:rPr>
          <w:rFonts w:ascii="Times New Roman" w:hAnsi="Times New Roman" w:cs="Times New Roman"/>
          <w:lang w:val="ru-RU"/>
        </w:rPr>
      </w:pP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Отлично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Хорошо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Удовлетворительно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Плохо</w:t>
      </w:r>
    </w:p>
    <w:p w14:paraId="0E36CA03" w14:textId="77777777" w:rsidR="00240D17" w:rsidRPr="00F645FF" w:rsidRDefault="00F645FF">
      <w:pPr>
        <w:spacing w:before="100" w:after="40"/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b/>
          <w:lang w:val="ru-RU"/>
        </w:rPr>
        <w:t>8. Было ли Вам понятно, к кому обратиться при возникновении вопросов?</w:t>
      </w:r>
    </w:p>
    <w:p w14:paraId="66F08CFC" w14:textId="77777777" w:rsidR="00240D17" w:rsidRPr="00F645FF" w:rsidRDefault="00F645FF">
      <w:pPr>
        <w:spacing w:after="60"/>
        <w:ind w:left="227"/>
        <w:rPr>
          <w:rFonts w:ascii="Times New Roman" w:hAnsi="Times New Roman" w:cs="Times New Roman"/>
          <w:lang w:val="ru-RU"/>
        </w:rPr>
      </w:pP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Да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Скорее да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Скорее нет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Нет</w:t>
      </w:r>
    </w:p>
    <w:p w14:paraId="355D8CB8" w14:textId="77777777" w:rsidR="00240D17" w:rsidRPr="00F645FF" w:rsidRDefault="00F645FF">
      <w:pPr>
        <w:spacing w:before="100" w:after="40"/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b/>
          <w:lang w:val="ru-RU"/>
        </w:rPr>
        <w:t>9. В целом насколько Вы удовлетворены условиями оказания усл</w:t>
      </w:r>
      <w:r w:rsidRPr="00F645FF">
        <w:rPr>
          <w:rFonts w:ascii="Times New Roman" w:hAnsi="Times New Roman" w:cs="Times New Roman"/>
          <w:b/>
          <w:lang w:val="ru-RU"/>
        </w:rPr>
        <w:t>уг в Центре?</w:t>
      </w:r>
    </w:p>
    <w:p w14:paraId="60EC3B45" w14:textId="77777777" w:rsidR="00240D17" w:rsidRPr="00F645FF" w:rsidRDefault="00F645FF">
      <w:pPr>
        <w:spacing w:after="60"/>
        <w:ind w:left="227"/>
        <w:rPr>
          <w:rFonts w:ascii="Times New Roman" w:hAnsi="Times New Roman" w:cs="Times New Roman"/>
          <w:lang w:val="ru-RU"/>
        </w:rPr>
      </w:pP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Полностью удовлетворён(</w:t>
      </w:r>
      <w:proofErr w:type="gramStart"/>
      <w:r w:rsidRPr="00F645FF">
        <w:rPr>
          <w:rFonts w:ascii="Times New Roman" w:hAnsi="Times New Roman" w:cs="Times New Roman"/>
          <w:lang w:val="ru-RU"/>
        </w:rPr>
        <w:t xml:space="preserve">а)   </w:t>
      </w:r>
      <w:proofErr w:type="gramEnd"/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Скорее удовлетворён(а)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Скорее не удовлетворён(а)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Не удовлетворён(а)</w:t>
      </w:r>
    </w:p>
    <w:p w14:paraId="61AAAA65" w14:textId="77777777" w:rsidR="00240D17" w:rsidRPr="00F645FF" w:rsidRDefault="00F645FF">
      <w:pPr>
        <w:spacing w:before="100" w:after="40"/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b/>
          <w:lang w:val="ru-RU"/>
        </w:rPr>
        <w:t>10. Порекомендовали бы Вы Центр своим близким и знакомым?</w:t>
      </w:r>
    </w:p>
    <w:p w14:paraId="6B57C6D8" w14:textId="77777777" w:rsidR="00240D17" w:rsidRPr="00F645FF" w:rsidRDefault="00F645FF">
      <w:pPr>
        <w:spacing w:after="60"/>
        <w:ind w:left="227"/>
        <w:rPr>
          <w:rFonts w:ascii="Times New Roman" w:hAnsi="Times New Roman" w:cs="Times New Roman"/>
          <w:lang w:val="ru-RU"/>
        </w:rPr>
      </w:pP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Да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Скорее да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Скорее нет   </w:t>
      </w:r>
      <w:r w:rsidRPr="00F645FF">
        <w:rPr>
          <w:rFonts w:ascii="Segoe UI Symbol" w:hAnsi="Segoe UI Symbol" w:cs="Segoe UI Symbol"/>
          <w:lang w:val="ru-RU"/>
        </w:rPr>
        <w:t>☐</w:t>
      </w:r>
      <w:r w:rsidRPr="00F645FF">
        <w:rPr>
          <w:rFonts w:ascii="Times New Roman" w:hAnsi="Times New Roman" w:cs="Times New Roman"/>
          <w:lang w:val="ru-RU"/>
        </w:rPr>
        <w:t xml:space="preserve"> Нет</w:t>
      </w:r>
    </w:p>
    <w:p w14:paraId="21744ABA" w14:textId="77777777" w:rsidR="00240D17" w:rsidRPr="00F645FF" w:rsidRDefault="00F645FF">
      <w:pPr>
        <w:spacing w:before="100" w:after="40"/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b/>
          <w:lang w:val="ru-RU"/>
        </w:rPr>
        <w:t>11. Что Вам особенно понравилось?</w:t>
      </w:r>
    </w:p>
    <w:p w14:paraId="05637799" w14:textId="77777777" w:rsidR="00240D17" w:rsidRPr="00F645FF" w:rsidRDefault="00F645FF">
      <w:pPr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lang w:val="ru-RU"/>
        </w:rPr>
        <w:t>_</w:t>
      </w:r>
      <w:r w:rsidRPr="00F645FF">
        <w:rPr>
          <w:rFonts w:ascii="Times New Roman" w:hAnsi="Times New Roman" w:cs="Times New Roman"/>
          <w:lang w:val="ru-RU"/>
        </w:rPr>
        <w:t>_______________________________________________________________________________</w:t>
      </w:r>
    </w:p>
    <w:p w14:paraId="53EFDAA2" w14:textId="77777777" w:rsidR="00240D17" w:rsidRPr="00F645FF" w:rsidRDefault="00F645FF">
      <w:pPr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lang w:val="ru-RU"/>
        </w:rPr>
        <w:t>________________________________________________________________________________</w:t>
      </w:r>
    </w:p>
    <w:p w14:paraId="33A35F94" w14:textId="77777777" w:rsidR="00240D17" w:rsidRPr="00F645FF" w:rsidRDefault="00F645FF">
      <w:pPr>
        <w:spacing w:before="100" w:after="40"/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b/>
          <w:lang w:val="ru-RU"/>
        </w:rPr>
        <w:t>12. Что, по Вашему мнению, нам стоит улучшить?</w:t>
      </w:r>
    </w:p>
    <w:p w14:paraId="1D968BBB" w14:textId="77777777" w:rsidR="00240D17" w:rsidRPr="00F645FF" w:rsidRDefault="00F645FF">
      <w:pPr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lang w:val="ru-RU"/>
        </w:rPr>
        <w:t>________________________________________________________________________________</w:t>
      </w:r>
    </w:p>
    <w:p w14:paraId="337B4C0B" w14:textId="77777777" w:rsidR="00240D17" w:rsidRPr="00F645FF" w:rsidRDefault="00F645FF">
      <w:pPr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lang w:val="ru-RU"/>
        </w:rPr>
        <w:t>________________________________________________________________________________</w:t>
      </w:r>
    </w:p>
    <w:p w14:paraId="1C2103EF" w14:textId="77777777" w:rsidR="00240D17" w:rsidRPr="00F645FF" w:rsidRDefault="00F645FF">
      <w:pPr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lang w:val="ru-RU"/>
        </w:rPr>
        <w:t>________________________________________________________________________________</w:t>
      </w:r>
    </w:p>
    <w:p w14:paraId="39A0BBAB" w14:textId="77777777" w:rsidR="00240D17" w:rsidRPr="00F645FF" w:rsidRDefault="00F645FF">
      <w:pPr>
        <w:spacing w:before="100" w:after="40"/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b/>
          <w:lang w:val="ru-RU"/>
        </w:rPr>
        <w:t>13. Дополните</w:t>
      </w:r>
      <w:r w:rsidRPr="00F645FF">
        <w:rPr>
          <w:rFonts w:ascii="Times New Roman" w:hAnsi="Times New Roman" w:cs="Times New Roman"/>
          <w:b/>
          <w:lang w:val="ru-RU"/>
        </w:rPr>
        <w:t>льный комментарий</w:t>
      </w:r>
    </w:p>
    <w:p w14:paraId="664C72C6" w14:textId="77777777" w:rsidR="00240D17" w:rsidRPr="00F645FF" w:rsidRDefault="00F645FF">
      <w:pPr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lang w:val="ru-RU"/>
        </w:rPr>
        <w:lastRenderedPageBreak/>
        <w:t>________________________________________________________________________________</w:t>
      </w:r>
    </w:p>
    <w:p w14:paraId="1DDC061A" w14:textId="77777777" w:rsidR="00240D17" w:rsidRPr="00F645FF" w:rsidRDefault="00F645FF">
      <w:pPr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lang w:val="ru-RU"/>
        </w:rPr>
        <w:t>________________________________________________________________________________</w:t>
      </w:r>
    </w:p>
    <w:p w14:paraId="1CE2C3B4" w14:textId="77777777" w:rsidR="00240D17" w:rsidRPr="00F645FF" w:rsidRDefault="00240D17">
      <w:pPr>
        <w:rPr>
          <w:rFonts w:ascii="Times New Roman" w:hAnsi="Times New Roman" w:cs="Times New Roman"/>
          <w:lang w:val="ru-RU"/>
        </w:rPr>
      </w:pPr>
    </w:p>
    <w:p w14:paraId="427A82F8" w14:textId="77777777" w:rsidR="00240D17" w:rsidRPr="00F645FF" w:rsidRDefault="00F645FF">
      <w:pPr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b/>
          <w:lang w:val="ru-RU"/>
        </w:rPr>
        <w:t>Спасибо за обратную связь!</w:t>
      </w:r>
    </w:p>
    <w:p w14:paraId="70FF2EDF" w14:textId="77777777" w:rsidR="00240D17" w:rsidRPr="00F645FF" w:rsidRDefault="00F645FF">
      <w:pPr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lang w:val="ru-RU"/>
        </w:rPr>
        <w:t>Заполненную анкету можно передать администратору</w:t>
      </w:r>
      <w:r w:rsidRPr="00F645FF">
        <w:rPr>
          <w:rFonts w:ascii="Times New Roman" w:hAnsi="Times New Roman" w:cs="Times New Roman"/>
          <w:lang w:val="ru-RU"/>
        </w:rPr>
        <w:t xml:space="preserve"> Центра или направить на электронную почту: </w:t>
      </w:r>
      <w:r w:rsidRPr="00F645FF">
        <w:rPr>
          <w:rFonts w:ascii="Times New Roman" w:hAnsi="Times New Roman" w:cs="Times New Roman"/>
          <w:b/>
        </w:rPr>
        <w:t>restorative</w:t>
      </w:r>
      <w:r w:rsidRPr="00F645FF">
        <w:rPr>
          <w:rFonts w:ascii="Times New Roman" w:hAnsi="Times New Roman" w:cs="Times New Roman"/>
          <w:b/>
          <w:lang w:val="ru-RU"/>
        </w:rPr>
        <w:t>-</w:t>
      </w:r>
      <w:r w:rsidRPr="00F645FF">
        <w:rPr>
          <w:rFonts w:ascii="Times New Roman" w:hAnsi="Times New Roman" w:cs="Times New Roman"/>
          <w:b/>
        </w:rPr>
        <w:t>medicine</w:t>
      </w:r>
      <w:r w:rsidRPr="00F645FF">
        <w:rPr>
          <w:rFonts w:ascii="Times New Roman" w:hAnsi="Times New Roman" w:cs="Times New Roman"/>
          <w:b/>
          <w:lang w:val="ru-RU"/>
        </w:rPr>
        <w:t>@</w:t>
      </w:r>
      <w:proofErr w:type="spellStart"/>
      <w:r w:rsidRPr="00F645FF">
        <w:rPr>
          <w:rFonts w:ascii="Times New Roman" w:hAnsi="Times New Roman" w:cs="Times New Roman"/>
          <w:b/>
        </w:rPr>
        <w:t>yandex</w:t>
      </w:r>
      <w:proofErr w:type="spellEnd"/>
      <w:r w:rsidRPr="00F645FF">
        <w:rPr>
          <w:rFonts w:ascii="Times New Roman" w:hAnsi="Times New Roman" w:cs="Times New Roman"/>
          <w:b/>
          <w:lang w:val="ru-RU"/>
        </w:rPr>
        <w:t>.</w:t>
      </w:r>
      <w:proofErr w:type="spellStart"/>
      <w:r w:rsidRPr="00F645FF">
        <w:rPr>
          <w:rFonts w:ascii="Times New Roman" w:hAnsi="Times New Roman" w:cs="Times New Roman"/>
          <w:b/>
        </w:rPr>
        <w:t>ru</w:t>
      </w:r>
      <w:proofErr w:type="spellEnd"/>
    </w:p>
    <w:p w14:paraId="08B6057F" w14:textId="77777777" w:rsidR="00240D17" w:rsidRPr="00F645FF" w:rsidRDefault="00F645FF">
      <w:pPr>
        <w:rPr>
          <w:rFonts w:ascii="Times New Roman" w:hAnsi="Times New Roman" w:cs="Times New Roman"/>
          <w:lang w:val="ru-RU"/>
        </w:rPr>
      </w:pPr>
      <w:r w:rsidRPr="00F645FF">
        <w:rPr>
          <w:rFonts w:ascii="Times New Roman" w:hAnsi="Times New Roman" w:cs="Times New Roman"/>
          <w:i/>
          <w:sz w:val="18"/>
          <w:lang w:val="ru-RU"/>
        </w:rPr>
        <w:t>Не указывайте в анкете сведения о диагнозе, состоянии здоровья и другие медицинские данные. Если Вы хотите оставить обращение по конкретной медицинской ситуации, используйте предусм</w:t>
      </w:r>
      <w:r w:rsidRPr="00F645FF">
        <w:rPr>
          <w:rFonts w:ascii="Times New Roman" w:hAnsi="Times New Roman" w:cs="Times New Roman"/>
          <w:i/>
          <w:sz w:val="18"/>
          <w:lang w:val="ru-RU"/>
        </w:rPr>
        <w:t>отренный Центром порядок обращений.</w:t>
      </w:r>
    </w:p>
    <w:sectPr w:rsidR="00240D17" w:rsidRPr="00F645FF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0D17"/>
    <w:rsid w:val="0029639D"/>
    <w:rsid w:val="00326F90"/>
    <w:rsid w:val="00AA1D8D"/>
    <w:rsid w:val="00B47730"/>
    <w:rsid w:val="00CB0664"/>
    <w:rsid w:val="00F645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A11063"/>
  <w14:defaultImageDpi w14:val="300"/>
  <w15:docId w15:val="{BFC0F6AC-A4E0-4285-9F46-D93B0298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0A9F38-8ADA-4F75-BC9E-87020C642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Евгения Ижболдина</cp:lastModifiedBy>
  <cp:revision>2</cp:revision>
  <dcterms:created xsi:type="dcterms:W3CDTF">2013-12-23T23:15:00Z</dcterms:created>
  <dcterms:modified xsi:type="dcterms:W3CDTF">2026-09-15T12:46:00Z</dcterms:modified>
  <cp:category/>
</cp:coreProperties>
</file>